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64B" w:rsidRDefault="00EF764B" w:rsidP="00EF764B">
      <w:proofErr w:type="spellStart"/>
      <w:r>
        <w:t>Вх</w:t>
      </w:r>
      <w:proofErr w:type="spellEnd"/>
      <w:r>
        <w:t>. № ........................ / ........................ г.</w:t>
      </w:r>
    </w:p>
    <w:p w:rsidR="00EF764B" w:rsidRDefault="00EF764B" w:rsidP="00EF764B">
      <w:pPr>
        <w:rPr>
          <w:b/>
        </w:rPr>
      </w:pPr>
    </w:p>
    <w:p w:rsidR="00760A19" w:rsidRDefault="00EF764B" w:rsidP="00EF764B">
      <w:r>
        <w:rPr>
          <w:b/>
        </w:rPr>
        <w:t>ДО ДИРЕКТОРА НА</w:t>
      </w:r>
    </w:p>
    <w:p w:rsidR="00760A19" w:rsidRDefault="00EF764B" w:rsidP="00EF764B">
      <w:r>
        <w:rPr>
          <w:b/>
        </w:rPr>
        <w:t>ПРОФИЛИРАНА ГИМНАЗИЯ „ХРИСТО БОТЕВ“</w:t>
      </w:r>
    </w:p>
    <w:p w:rsidR="00760A19" w:rsidRDefault="00EF764B" w:rsidP="00EF764B">
      <w:r>
        <w:rPr>
          <w:b/>
        </w:rPr>
        <w:t>ГР. ДУПНИЦА</w:t>
      </w:r>
    </w:p>
    <w:p w:rsidR="00760A19" w:rsidRDefault="00760A19"/>
    <w:p w:rsidR="00760A19" w:rsidRDefault="00EF764B">
      <w:pPr>
        <w:jc w:val="center"/>
      </w:pPr>
      <w:r>
        <w:rPr>
          <w:b/>
        </w:rPr>
        <w:t>З А Я В Л Е Н И Е</w:t>
      </w:r>
    </w:p>
    <w:p w:rsidR="00760A19" w:rsidRDefault="00EF764B">
      <w:r>
        <w:t>от ........................................................................................................................</w:t>
      </w:r>
    </w:p>
    <w:p w:rsidR="00760A19" w:rsidRDefault="00EF764B">
      <w:r>
        <w:t>(трите имена на родителя/настойника)</w:t>
      </w:r>
    </w:p>
    <w:p w:rsidR="00760A19" w:rsidRDefault="00EF764B">
      <w:r>
        <w:t xml:space="preserve">Телефон за </w:t>
      </w:r>
      <w:r>
        <w:t>връзка: ................................................................................................</w:t>
      </w:r>
    </w:p>
    <w:p w:rsidR="00760A19" w:rsidRDefault="00760A19"/>
    <w:p w:rsidR="00760A19" w:rsidRDefault="00EF764B">
      <w:r>
        <w:rPr>
          <w:b/>
        </w:rPr>
        <w:t>УВАЖАЕМИ ГОСПОДИН ДИРЕКТОР,</w:t>
      </w:r>
    </w:p>
    <w:p w:rsidR="00760A19" w:rsidRDefault="00EF764B">
      <w:r>
        <w:t>Желая синът ми/дъщеря ми:</w:t>
      </w:r>
    </w:p>
    <w:p w:rsidR="00760A19" w:rsidRDefault="00EF764B">
      <w:r>
        <w:t>................................................................................................</w:t>
      </w:r>
      <w:r>
        <w:t>................................</w:t>
      </w:r>
    </w:p>
    <w:p w:rsidR="00760A19" w:rsidRPr="00EF764B" w:rsidRDefault="00EF764B">
      <w:pPr>
        <w:rPr>
          <w:i/>
        </w:rPr>
      </w:pPr>
      <w:r w:rsidRPr="00EF764B">
        <w:rPr>
          <w:i/>
        </w:rPr>
        <w:t>(</w:t>
      </w:r>
      <w:proofErr w:type="gramStart"/>
      <w:r w:rsidRPr="00EF764B">
        <w:rPr>
          <w:i/>
        </w:rPr>
        <w:t>трите</w:t>
      </w:r>
      <w:proofErr w:type="gramEnd"/>
      <w:r w:rsidRPr="00EF764B">
        <w:rPr>
          <w:i/>
        </w:rPr>
        <w:t xml:space="preserve"> имена на ученика)</w:t>
      </w:r>
    </w:p>
    <w:p w:rsidR="00760A19" w:rsidRDefault="00EF764B">
      <w:proofErr w:type="gramStart"/>
      <w:r>
        <w:t>ученик/ученичка</w:t>
      </w:r>
      <w:proofErr w:type="gramEnd"/>
      <w:r>
        <w:t xml:space="preserve"> в VII клас на</w:t>
      </w:r>
    </w:p>
    <w:p w:rsidR="00760A19" w:rsidRDefault="00EF764B">
      <w:r>
        <w:t>................................................................................................................................</w:t>
      </w:r>
    </w:p>
    <w:p w:rsidR="00760A19" w:rsidRPr="00EF764B" w:rsidRDefault="00EF764B">
      <w:pPr>
        <w:rPr>
          <w:i/>
        </w:rPr>
      </w:pPr>
      <w:r w:rsidRPr="00EF764B">
        <w:rPr>
          <w:i/>
        </w:rPr>
        <w:t>(</w:t>
      </w:r>
      <w:proofErr w:type="gramStart"/>
      <w:r w:rsidRPr="00EF764B">
        <w:rPr>
          <w:i/>
        </w:rPr>
        <w:t>наименование</w:t>
      </w:r>
      <w:proofErr w:type="gramEnd"/>
      <w:r w:rsidRPr="00EF764B">
        <w:rPr>
          <w:i/>
        </w:rPr>
        <w:t xml:space="preserve"> на училището)</w:t>
      </w:r>
    </w:p>
    <w:p w:rsidR="00760A19" w:rsidRDefault="00EF764B">
      <w:proofErr w:type="gramStart"/>
      <w:r>
        <w:t>да</w:t>
      </w:r>
      <w:proofErr w:type="gramEnd"/>
      <w:r>
        <w:t xml:space="preserve"> бъде вкл</w:t>
      </w:r>
      <w:r>
        <w:t>ючен/а в школата по математика, организирана от Профилирана гимназия „Христо Ботев“, гр. Дупница, в рамките на Национална програма „Бъдеще за таланти“.</w:t>
      </w:r>
    </w:p>
    <w:p w:rsidR="00760A19" w:rsidRDefault="00EF764B">
      <w:r>
        <w:t>Запознат/а съм, че:</w:t>
      </w:r>
    </w:p>
    <w:p w:rsidR="00760A19" w:rsidRDefault="00EF764B">
      <w:pPr>
        <w:pStyle w:val="a0"/>
        <w:spacing w:after="40"/>
      </w:pPr>
      <w:r>
        <w:t>занятията са насочени към подготовка за НВО по математика в VII клас;</w:t>
      </w:r>
    </w:p>
    <w:p w:rsidR="00760A19" w:rsidRDefault="00EF764B">
      <w:pPr>
        <w:pStyle w:val="a0"/>
        <w:spacing w:after="40"/>
      </w:pPr>
      <w:r>
        <w:t>занятията се п</w:t>
      </w:r>
      <w:r>
        <w:t>ровеждат всяка сряда от 14:30 ч., с продължителност два учебни часа, в ПГ „Христо Ботев“, гр. Дупница;</w:t>
      </w:r>
    </w:p>
    <w:p w:rsidR="00760A19" w:rsidRDefault="00EF764B">
      <w:pPr>
        <w:pStyle w:val="a0"/>
        <w:spacing w:after="40"/>
      </w:pPr>
      <w:r>
        <w:t>участието е безплатно;</w:t>
      </w:r>
    </w:p>
    <w:p w:rsidR="00760A19" w:rsidRDefault="00EF764B">
      <w:pPr>
        <w:pStyle w:val="a0"/>
        <w:spacing w:after="40"/>
      </w:pPr>
      <w:proofErr w:type="gramStart"/>
      <w:r>
        <w:t>местата</w:t>
      </w:r>
      <w:proofErr w:type="gramEnd"/>
      <w:r>
        <w:t xml:space="preserve"> са ограничени и подаването на заявление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гарантира</w:t>
      </w:r>
      <w:proofErr w:type="spellEnd"/>
      <w:r>
        <w:t xml:space="preserve"> </w:t>
      </w:r>
      <w:proofErr w:type="spellStart"/>
      <w:r>
        <w:t>автоматично</w:t>
      </w:r>
      <w:proofErr w:type="spellEnd"/>
      <w:r>
        <w:t xml:space="preserve"> </w:t>
      </w:r>
      <w:proofErr w:type="spellStart"/>
      <w:r>
        <w:t>включване</w:t>
      </w:r>
      <w:proofErr w:type="spellEnd"/>
      <w:r>
        <w:t>.</w:t>
      </w:r>
    </w:p>
    <w:p w:rsidR="00EF764B" w:rsidRDefault="00EF764B" w:rsidP="00EF764B">
      <w:pPr>
        <w:pStyle w:val="a0"/>
        <w:numPr>
          <w:ilvl w:val="0"/>
          <w:numId w:val="0"/>
        </w:numPr>
        <w:spacing w:after="40"/>
        <w:ind w:left="360"/>
      </w:pPr>
    </w:p>
    <w:p w:rsidR="00760A19" w:rsidRDefault="00EF764B">
      <w:r>
        <w:t>Декларирам, че съм съгласен/съгласна детето ми</w:t>
      </w:r>
      <w:r>
        <w:t xml:space="preserve"> да участва в занятията на школата при спазване на установените правила за организация и провеждане на дейностите.</w:t>
      </w:r>
    </w:p>
    <w:p w:rsidR="00760A19" w:rsidRDefault="00760A19"/>
    <w:p w:rsidR="00760A19" w:rsidRDefault="00EF764B">
      <w:r>
        <w:t>Дата: ........................ г.                                    Родител/настойник: ........................</w:t>
      </w:r>
    </w:p>
    <w:p w:rsidR="00760A19" w:rsidRDefault="00EF764B">
      <w:r>
        <w:t xml:space="preserve">гр. Дупница                </w:t>
      </w:r>
      <w:r>
        <w:t xml:space="preserve">                                                                   (подпис)</w:t>
      </w:r>
    </w:p>
    <w:p w:rsidR="00EF764B" w:rsidRDefault="00EF764B"/>
    <w:p w:rsidR="00760A19" w:rsidRDefault="00760A19">
      <w:bookmarkStart w:id="0" w:name="_GoBack"/>
      <w:bookmarkEnd w:id="0"/>
    </w:p>
    <w:sectPr w:rsidR="00760A19" w:rsidSect="00034616">
      <w:pgSz w:w="11906" w:h="16838"/>
      <w:pgMar w:top="1134" w:right="1191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60A19"/>
    <w:rsid w:val="00AA1D8D"/>
    <w:rsid w:val="00B47730"/>
    <w:rsid w:val="00CB0664"/>
    <w:rsid w:val="00EF76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756D3C"/>
  <w14:defaultImageDpi w14:val="300"/>
  <w15:docId w15:val="{4296DDBB-000F-4820-953D-510CBA95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4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282229-5EE6-4CAB-968B-1A1F8DBE9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JULIA</cp:lastModifiedBy>
  <cp:revision>2</cp:revision>
  <dcterms:created xsi:type="dcterms:W3CDTF">2013-12-23T23:15:00Z</dcterms:created>
  <dcterms:modified xsi:type="dcterms:W3CDTF">2026-10-23T08:23:00Z</dcterms:modified>
  <cp:category/>
</cp:coreProperties>
</file>